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🏆 יומן ההצלחות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לומדים מהצלחות – לא רק מטעויות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שם: ______________   כיתה: ________   תאריך: 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2400E"/>
          <w:sz w:val="22"/>
          <w:rtl/>
          <w:szCs w:val="22"/>
          <w:bCs/>
        </w:rPr>
        <w:t>נזכרים בהצלחה (גם קטנה!), מגלים איזו חוזקה הובילה אליה, ובוחרים מה לוקחים הלאה.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🏆 הצלחה שהייתה לי לאחרונה (בלימודים, בבית, עם חברים)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🔍 מה עשיתי שעבד? צעד אחר צעד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💪 אילו חוזקות שלי הובילו להצלחה?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🧩 מה או מי עוד עזר?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🎒 מה אקח מכאן הלאה – ולאן?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2400E"/>
          <w:sz w:val="21"/>
          <w:rtl/>
          <w:szCs w:val="21"/>
        </w:rPr>
        <w:t>🧭 "מה גרם לזה לעבוד?" – מה עשיתי? מה עזר מבחוץ? מה אעשה שוב?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🎒 יסודי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🏆 איזו הצלחה הייתה לי? (גם קטנה!)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💪 איזו חוזקה עזרה לי?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🤝 מי עזר לי?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🎒 מה אקח איתי לפעם הבאה?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🟢 עוֹלִים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5"/>
          <w:rtl/>
          <w:szCs w:val="25"/>
        </w:rPr>
        <w:t>🏆 הִצְלַחְתִּי לְ...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5"/>
          <w:rtl/>
          <w:szCs w:val="25"/>
        </w:rPr>
        <w:t>💪 זֶה עָזַר לִי: ...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5"/>
          <w:rtl/>
          <w:szCs w:val="25"/>
        </w:rPr>
        <w:t>🎒 בַּפַּעַם הַבָּאָה אֲנִי ...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 xml:space="preserve">🧩 חנ״מ – מקיפים: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מה הצלחתי? 🧩 סיימתי משימה · 🤝 עזרתי לחבר/ה · 📖 קראתי · ⚽ שיחקתי יפה · 🗣️ ביקשתי עזרה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איך הרגשתי? 😊 שמח/ה · 😎 גאה · 😌 רגוע/ה · 🤩 נלהב/ת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