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📖 דיאלוג עם טקסטים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שלושה טקסטים קצרים ושאלות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✨ הגחלילית הקטנה (משל)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בקצה היער גרה גחלילית קטנה בשם ניצה. בכל לילה הביטה למעלה, אל הירח העגול ואל אלפי הכוכבים, ונאנחה: "איזה אור גדול יש להם. ואני? רק נקודה קטנה."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לילה אחד ירד על היער ערפל כבד. הירח נעלם, הכוכבים נעלמו, וגור ארנבים קטן איבד את הדרך הביתה ובכה בחושך.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ניצה שמעה אותו, טסה אליו, ובלי לחשוב הרבה – הדליקה את האור שלה. "בוא אחריי," לחשה. נקודה אחר נקודה, עץ אחר עץ, היא הובילה אותו עד המאורה.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אמא ארנבת חיבקה את הגור ואמרה לניצה: "בלילה כזה, האור שלך היה הגדול ביותר ביער."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באותו לילה ניצה הביטה בעצמה, ולראשונה ראתה: האור שלה לא היה קטן. הוא פשוט היה שלה.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❓ שאלות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1. מה גרם לניצה לראות את עצמה אחרת?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2. מה הסיפור אומר על השוואה לאחרים?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3. "האור שלה לא היה קטן. הוא פשוט היה שלה" – הסבירו במילים שלכם.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4. ספרו על חוזקה שלכם שנראית לכם "קטנה" – ומתי היא דווקא הייתה חשובה.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💡 🟢 לעולים יש באתר גרסה מנוקדת וקצרה, ולחנ״מ – סיפור בתמונות.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📒 פנקס הנקודות (סיפור)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כשעברנו דירה, הכול היה חדש: כיתה חדשה, שכונה חדשה, ואפילו הדרך למכולת. בערב הראשון סבתא נתנה לי פנקס קטן. "כל ערב," אמרה, "תכתוב דבר אחד טוב שעשית היום. רק אחד."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בערב הראשון כתבתי: "כלום". בערב השני: "מצאתי לבד את הכיתה". בערב השלישי: "שאלתי ילד איך קוראים לו".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אחרי שבוע כתבתי: "עזרתי לנגה בתרגיל בחשבון, והיא צחקה מהבדיחה שלי". אחרי חודש הפנקס היה מלא בנקודות קטנות.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בימים קשים אני פותח אותו וסופר: אחת – שאלתי. שתיים – עזרתי. שלוש – ניסיתי שוב.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הנקודות לא מוחקות את הקושי. אבל הן מזכירות לי מי אני.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❓ שאלות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1. מה השתנה בין הערב הראשון לחודש אחרי? למה לדעתכם?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2. למה סבתא ביקשה "רק אחד"?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3. "הנקודות לא מוחקות את הקושי" – מה הכוונה?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4. כתבו שלוש נקודות לפנקס שלכם מהשבוע האחרון.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🤔 להתרברב או להכיר את עצמי? (טקסט עיוני קצר)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דנה קיבלה מחמאה על העבודה שלה, ומיד ענתה: "סתם, זה לא משהו." יואב, כשנשאל במה הוא טוב, משך בכתפיים: "לא יודע. לא נעים לי להגיד."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למה כל כך קשה לנו לדבר על החוזקות שלנו? אולי כי למדנו שצניעות פירושה להקטין את עצמנו, ושמי שמדבר על הטוב שבו – משוויץ.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אבל יש הבדל. התרברבות היא השוואה: "אני יותר טוב ממך." היא מגזימה, מתעלמת מאחרים ומחפשת מחיאות כפיים.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הכרת חוזקות היא ידיעה: "זה מה שיש בי, וכך אני יכול לתרום." היא מדויקת, מכירה גם בחוזקות של אחרים, ומשתמשת בכוח לטובה.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מי שמכיר את החוזקות שלו לא צריך להוכיח אותן לאף אחד – הוא פשוט משתמש בהן. ואולי זו הענווה האמיתית: לראות את האור שבי, בלי לכבות את האור של אחרים.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❓ שאלות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1. הציגו בטבלה: התרברבות מול הכרת חוזקות (3 הבדלים + דוגמה משלכם לכל אחד).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2. מדוע לדעתכם קשה לבני נוער לדבר על חוזקות? האם זה שונה בין תרבויות ובין קבוצות?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3. "לראות את האור שבי, בלי לכבות את האור של אחרים" – הסכמה או הסתייגות? נמקו.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4. דיאלוג בין טקסטים: איך הגחלילית והמספר בפנקס מדגימים "הכרת חוזקות" ולא התרברבות?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5. נסחו משפט חוזקה אישי לשלב ה־ד׳ (דיבור עצמי) של עש״ן ד״ק.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