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60"/>
        <w:jc w:val="right"/>
      </w:pPr>
      <w:r>
        <w:drawing>
          <wp:inline xmlns:a="http://schemas.openxmlformats.org/drawingml/2006/main" xmlns:pic="http://schemas.openxmlformats.org/drawingml/2006/picture">
            <wp:extent cx="504000" cy="50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" cy="50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4C1D95"/>
          <w:sz w:val="36"/>
          <w:rtl/>
          <w:szCs w:val="36"/>
          <w:bCs/>
        </w:rPr>
        <w:t xml:space="preserve">  📝 שאלון החוזקות שלי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555555"/>
          <w:sz w:val="20"/>
          <w:rtl/>
          <w:szCs w:val="20"/>
        </w:rPr>
        <w:t>נקודות האור שלי – יסודי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1"/>
          <w:rtl/>
          <w:szCs w:val="21"/>
        </w:rPr>
        <w:t>שם: ______________   כיתה: ________   תאריך: ________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92400E"/>
          <w:sz w:val="22"/>
          <w:rtl/>
          <w:szCs w:val="22"/>
          <w:bCs/>
        </w:rPr>
        <w:t>אין תשובות נכונות או לא נכונות. סמנו ✔ בעמודה שמתאימה לך. השאלון שייך לך.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#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היגד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😐 לא כמוני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🙂 קצת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😊 די כמוני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🤩 ממש אני!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🔍 אני אוהב/ת לגלות איך דברים עובדים.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2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🎨 יש לי הרבה רעיונות למשחקים ולציורים.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3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📚 אני שמח/ה כשאני לומד/ת משהו חדש.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4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🧠 לפני שאני מחליט/ה, אני חושב/ת טוב.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5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🦁 אני מנסה דברים חדשים גם כשקצת מפחיד.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6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🧗 אני לא מוותר/ת מהר.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7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💎 אני אומר/ת את האמת.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8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⚡ אני מלא/ת אנרגיה ושמחה.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9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❤️ אני שומר/ת על המשפחה ועל החברים שלי.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10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🤲 אני אוהב/ת לעזור לאחרים.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11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🤝 אני מרגיש/ה כשחבר/ה עצוב/ה.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12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👥 אני אוהב/ת לעבוד ולשחק בקבוצה.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13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⚖️ חשוב לי שכולם ישחקו ויקבלו תור.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14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🧭 אני אוהב/ת לארגן משחק לחברים.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15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🕊️ כשמישהו מתנצל, אני סולח/ת.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16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🌾 אני שמח/ה בהצלחה שלי בלי להשוויץ.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17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🎯 אני יודע/ת לחכות לתור שלי.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18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🙏 אני אומר/ת תודה.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19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🌈 אני מאמין/ה שיהיה טוב.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  <w:tr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20</w:t>
            </w:r>
          </w:p>
        </w:tc>
        <w:tc>
          <w:tcPr>
            <w:tcW w:type="dxa" w:w="175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😄 אני מצחיק/ה את החברים שלי.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757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</w:tbl>
    <w:p/>
    <w:p>
      <w:pPr>
        <w:bidi/>
        <w:spacing w:after="60"/>
        <w:jc w:val="right"/>
      </w:pPr>
      <w:r>
        <w:rPr>
          <w:rFonts w:ascii="Arial" w:hAnsi="Arial" w:cs="Arial"/>
          <w:b/>
          <w:color w:val="6D28D9"/>
          <w:sz w:val="25"/>
          <w:rtl/>
          <w:szCs w:val="25"/>
          <w:bCs/>
        </w:rPr>
        <w:t>🌟 5 החוזקות שלי (ההיגדים שסימנתי בעמודה האחרונה – הכי "אני")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6D28D9"/>
          <w:sz w:val="25"/>
          <w:rtl/>
          <w:szCs w:val="25"/>
          <w:bCs/>
        </w:rPr>
        <w:t>🌬️ משפט חוזקה לעש״ן ד״ק (שלב ה־ד׳ – דיבור עצמי)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right"/>
    </w:pPr>
    <w:r>
      <w:rPr>
        <w:rFonts w:ascii="Arial" w:hAnsi="Arial" w:cs="Arial"/>
        <w:b w:val="0"/>
        <w:color w:val="555555"/>
        <w:sz w:val="18"/>
        <w:rtl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