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📝 שאלון החוזקות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נקודות האור שלי – עולים חדשים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שם: ______________   כיתה: ________   תאריך: 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אֵין תְּשׁוּבָה נְכוֹנָה. סַמְּנוּ 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מִשְׁפָּט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😐 לֹא אֲנִי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🙂 קְצָת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😊 כֵּן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🤩 מְאוֹד אֲנִי!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🔍 אֲנִי אוֹהֵב/ת לִשְׁאֹל שְׁאֵלוֹת.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🎨 יֵשׁ לִי רַעְיוֹנוֹת חֲדָשִׁים.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📚 אֲנִי אוֹהֵב/ת לִלְמֹד.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🧠 אֲנִי חוֹשֵׁב/ת לִפְנֵי שֶׁאֲנִי מַחְלִיט/ה.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🦁 אֲנִי מְנַסֶּה גַּם כְּשֶׁקָּשֶׁה.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🧗 אֲנִי לֹא מְוַתֵּר/ת.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💎 אֲנִי אוֹמֵר/ת אֱמֶת.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⚡ יֵשׁ לִי הַרְבֵּה כֹּחַ וְשִׂמְחָה.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❤️ אִכְפַּת לִי מֵהַמִּשְׁפָּחָה וּמֵהַחֲבֵרִים.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🤲 אֲנִי עוֹזֵר/ת לַאֲחֵרִים.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🤝 אֲנִי מֵבִין/ה מָה אֲחֵרִים מַרְגִּישִׁים.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👥 אֲנִי אוֹהֵב/ת לַעֲבֹד בִּקְבוּצָה.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⚖️ חָשׁוּב לִי שֶׁיִּהְיֶה הוֹגֵן לְכֻלָּם.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🧭 אֲנִי אוֹהֵב/ת לְאַרְגֵּן וּלְהוֹבִיל.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🕊️ אֲנִי יוֹדֵעַ/יוֹדַעַת לִסְלֹחַ.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🌾 אֲנִי לֹא מִשְׁתַּוֵּץ/מִשְׁתַּוֶּצֶת.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 אֲנִי יוֹדֵעַ/יוֹדַעַת לְחַכּוֹת.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🙏 אֲנִי אוֹמֵר/ת תּוֹדָה.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🌈 אֲנִי מַאֲמִין/ה שֶׁיִּהְיֶה טוֹב.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😄 אֲנִי מַצְחִיק/ה.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🌟 5 הַחוֹזְקוֹת שֶׁלִּי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🌬️ כְּשֶׁקָּשֶׁה לִי, אֲנִי זוֹכֵר/ת: יֵשׁ בִּי 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