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📝 שאלון החוזקות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נקודות האור שלי – חט״ב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שם: ______________   כיתה: ________   תאריך: 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אין תשובות נכונות או לא נכונות. סמנו ✔ בעמודה שמתאימה לך. השאלון שייך לך.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היגד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😐 לא כמוני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🙂 קצת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😊 די כמוני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🤩 ממש אני!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🔍 כשמשהו מסקרן אותי, אני ממשיך/ה לחפש עליו גם אחרי השיעור.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🎨 אני מוצא/ת דרכים מקוריות לפתור בעיות.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📚 אני נהנה/ית ללמוד דברים חדשים, גם כשזה לא למבחן.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🧠 אני מקשיב/ה לכל הצדדים לפני שאני קובע/ת דעה.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🦁 אני אומר/ת את מה שאני חושב/ת גם כשלא כולם מסכימים.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🧗 כשמשהו לא מצליח, אני מנסה שוב בדרך אחרת.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💎 חשוב לי שיוכלו לסמוך על המילה שלי.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⚡ אני ניגש/ת לדברים בהתלהבות ומדביק/ה אחרים.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❤️ קל לי להראות לאנשים קרובים שאכפת לי מהם.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🤲 אני עוזר/ת גם כשלא מבקשים ממני.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🤝 אני מבין/ה מה אחרים מרגישים גם כשהם לא אומרים.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👥 בקבוצה אני עושה את החלק שלי ועוזר/ת לכולם להצליח.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⚖️ אני מקפיד/ה שכל אחד ואחת יקבלו הזדמנות שווה.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🧭 אני יודע/ת להוביל קבוצה ולשמור שכולם ירגישו חלק.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🕊️ אני לא שומר/ת טינה ונותן/ת הזדמנות שנייה.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🌾 אני נותן/ת גם לאחרים לזרוח, לא חייב/ת להיות במרכז.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 אני שולט/ת בעצמי גם כשאני כועס/ת.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🙏 אני שם/ה לב לדברים הטובים שקורים לי.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🌈 גם אחרי יום קשה, אני מאמין/ה שמחר יכול להיות טוב יותר.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😄 אני מוצא/ת את הצד המצחיק גם ברגעים קשים.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🌟 5 החוזקות שלי (ההיגדים שסימנתי בעמודה האחרונה – הכי "אני")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🌬️ משפט חוזקה לעש״ן ד״ק (שלב ה־ד׳ – דיבור עצמי)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