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📝 שאלון החוזקות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חט״ע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אין תשובות נכונות או לא נכונות. סמנו ✔ בעמודה שמתאימה לך. השאלון שייך לך.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היגד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1 לא מתאר אותי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2 מתאר מעט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3 מתאר די טוב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4 מתאר אותי מאוד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 אני נמשך/ת לשאלות פתוחות ולרעיונות שעוד לא הכרתי.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 כשמשהו לא עובד, אני מחפש/ת פתרון שאחרים לא חשבו עליו.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📚 למידה בעיניי היא הנאה ולא רק חובה.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🧠 אני מוכן/ה לשנות את דעתי כשמוצגות לי ראיות טובות.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 אני עומד/ת מאחורי מה שנכון גם כשזה לא פופולרי.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🧗 אני מסיים/ת את מה שהתחלתי גם כשהדרך ארוכה.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אני כן/ה עם עצמי ועם אחרים, גם כשזה לא נוח.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⚡ אני משקיע/ה את כל כולי במה שאני עושה.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 אני משקיע/ה בקשרים קרובים ומשמעותיים.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🤲 אני נותן/ת מזמני ומכוחי לאחרים בלי לצפות לתמורה.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אני קורא/ת מצבים חברתיים ויודע/ת להגיב ברגישות.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👥 אני שם/ה את הצלחת הקבוצה לפני הקרדיט האישי.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 אני רגיש/ה לעוול ופועל/ת כדי לתקן אותו.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 אני מניע/ה אנשים לפעולה ומקשיב/ה להם בדרך.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🕊️ אני מצליח/ה לשחרר כעס ולהמשיך הלאה.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🌾 אני מכיר/ה ביכולות שלי בלי להקטין אחרים.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אני מצליח/ה לוותר על הנאה רגעית בשביל מטרה חשובה.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🙏 אני מכיר/ה טובה לאנשים ולרגעים בחיי ואומר/ת את זה.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🌈 אני מציב/ה מטרות ומאמין/ה שאוכל להשפיע על העתיד שלי.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 הומור עוזר לי להקל על אחרים ועל עצמי.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🌟 5 החוזקות שלי (ההיגדים שסימנתי בעמודה האחרונה – הכי "אני")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🌬️ משפט חוזקה לעש״ן ד״ק (שלב ה־ד׳ – דיבור עצמי)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