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🔢 9 הנקודות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מדליקים 9 נקודות אור – 9 דברים טובים שיש בי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שם: ______________   כיתה: ________   תאריך: 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2400E"/>
          <w:sz w:val="22"/>
          <w:rtl/>
          <w:szCs w:val="22"/>
          <w:bCs/>
        </w:rPr>
        <w:t>בכל עיגול כותבים או מציירים נקודת אור: חוזקה, רגע או דבר טוב בך. אפשר להתחיל מנקודה אחת ולהוסיף בהמשך.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1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משהו שאני טוב/ה בו – גם בלי שמבקשים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2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רגע שבו עזרתי למישהו להרגיש טוב יותר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3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קושי שעברתי – ומה הוא גילה עליי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</w:tr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4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החברים היו אומרים שהכי מאפיין אותי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5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פעם שניסיתי שוב אחרי שלא הצליח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6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משהו שאני עושה ושוכח/ת את הזמן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</w:tr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7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ערך שחשוב לי ואני שומר/ת עליו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8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הטוב שאני יודע/ת לראות באחרים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9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נקודה שעוד לא גיליתי עד הסוף – אבל היא שם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 w:val="0"/>
          <w:color w:val="92400E"/>
          <w:sz w:val="21"/>
          <w:rtl/>
          <w:szCs w:val="21"/>
        </w:rPr>
        <w:t>💡 כל נקודה היא אור קטן – יחד הן מאירות אותי ✨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🟢 גִּרְסָה עִם נִקּוּד – עוֹלִים חֲדָשִׁים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1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אֲנִי טוֹב/טוֹבָה בְּ...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2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עָזַרְתִּי לְ...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3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לָמַדְתִּי לְבַד...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</w:tr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4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חֲבֵרִים אוֹמְרִים שֶׁאֲנִי...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5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לֹא וִתַּרְתִּי כְּשֶׁ...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6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אֲנִי אוֹהֵב/אוֹהֶבֶת לַעֲשׂוֹת...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</w:tr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7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הִתְחַלְתִּי מֵהַהַתְחָלָה בְּ...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8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הָיִיתִי אַמִּיץ/אַמִּיצָה כְּשֶׁ...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✨ 9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מַשֶּׁהוּ מְיֻחָד בִּי...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______________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 w:val="0"/>
          <w:sz w:val="25"/>
          <w:rtl/>
          <w:szCs w:val="25"/>
        </w:rPr>
        <w:t>בַּנְק מִלִּים: אָדִיב/ה · עוֹזֵר/ת · מַצְחִיק/ה · סַבְלָנִי/ת · אַמִּיץ/ה · חָרוּץ/ה · יְצִירָתִי/ת · חָבֵר/ה טוֹב/ה · סַקְרָן/ית · שָׂמֵחַ/שְׂמֵחָה · מַקְשִׁיב/ה · אַחְרַאי/ת · מְדַבֵּר/ת כַּמָּה שָׂפוֹת · לוֹמֵד/ת מַהֵר · אוֹהֵב/ת סְפּוֹרְט · מְנַגֵּן/ת וְשָׁר/ה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