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📸 כרטיסי תחנות "לאחוז ברגע"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גוזרים ומניחים כרטיס בכל תחנה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📸 צילום – רגע של חוזקה בעדשה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צלמו חפץ, מקום או פרט קטן שמספר משהו על חוזקה שלכם – בלי פנים של אנשים.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שאלו את עצמכם: מה רואים בתמונה? איזו חוזקה היא מסמלת? מתי השתמשתי בה לאחרונה?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כתבו כיתוב של שתי שורות, והציגו לזוג.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🎒 יסודי: מצלמים (או מציירים, אם אין מצלמה) חפץ בכיתה או בבית שמזכיר לך חוזקה שלך.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🧩 חנ״מ: 1️⃣ 📷 בוחרים חפץ שאני אוהב/ת 2️⃣ 👉 מצביעים עליו או מצלמים</w:t>
            </w:r>
          </w:p>
        </w:tc>
        <w:tc>
          <w:tcPr>
            <w:tcW w:type="dxa" w:w="52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🤸 תנועה – פסל חוזקה – מי מנחש?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שולפים חוזקה. יש דקה להכין "פסל" או תנועה קצרה שמראה אותה.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הקבוצה מנחשת – ואז מספרת: מתי ראינו את החוזקה הזאת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סיבוב בונוס: פסל זוגי של שתי חוזקות שעובדות יחד.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🎒 יסודי: שולפים כרטיס חוזקה (בכפתור למטה).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🧩 חנ״מ: 🦁 אומץ – עומדים זקוף כמו אריה 🤲 עזרה – מושיטים יד לחבר/ה</w:t>
            </w:r>
          </w:p>
        </w:tc>
      </w:tr>
      <w:tr>
        <w:tc>
          <w:tcPr>
            <w:tcW w:type="dxa" w:w="52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🎨 יצירה – מציירים את האור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קולאז׳ חוזקות: גזרו מעיתונים צבעים, מילים ותמונות שמתאימים לחוזקה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הוסיפו במרכז משפט: "החוזקה שלי נראית כמו…".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אפשר להתחיל בסקיצה על המסך.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🎒 יסודי: ציירו את עצמכם כגיבור/ת עם "כוח־על" – שהוא חוזקה אמיתית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🧩 חנ״מ: 🎨 בוחרים צבע שאני אוהב/ת ⭐ מציירים כוכב גדול</w:t>
            </w:r>
          </w:p>
        </w:tc>
        <w:tc>
          <w:tcPr>
            <w:tcW w:type="dxa" w:w="52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✍️ כתיבה – רגע שבו הייתי חזק/ה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כתבו סיפור קצר (6–8 שורות) על רגע שבו הייתם חזקים.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התמקדו ברגע אחד: מה ראיתם, מה שמעתם, מה עשיתם.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בסוף: איזו חוזקה פעלה שם?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🎒 יסודי: נזכרים ברגע שבו הייתם חזקים – גם רגע קטן.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🧩 חנ״מ: 🖼️ לפני – מה קרה? 💪 ברגע – מה עשיתי?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👥 מראה חוזקות – החברים רואים בי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קבוצות של 4–5. דף "מראה" לכל אחד/ת עובר בסבב.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כותבים חוזקה + דוגמה קצרה ("ראיתי את זה כש…") בעזרת פותחי המשפטים.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בסוף כל אחד/ת קורא/ת בשקט ומסמן/ת את מה שהכי הפתיע.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🎒 יסודי: יושבים בקבוצה של 4–5. לכל אחד/ת דף עם השם במרכז.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🧩 חנ״מ: 🌟 נותנים לחבר/ה מדבקת כוכב 🗣️ אומרים: "את/ה ___"</w:t>
            </w:r>
          </w:p>
        </w:tc>
        <w:tc>
          <w:tcPr>
            <w:tcW w:type="dxa" w:w="52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🗣️ שפת האימון – שואלים במקום לתת עצות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בזוגות: אחד/ת מאמן/ת, אחד/ת מתאמן/ת. שולפים 3 שאלות מקלפי האימון.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אסור לתת עצות – רק לשאול ולהקשיב!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• מסיימים בסולם 1–10: איפה אני? מה הצעד הקטן הבא?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🎒 יסודי: "מה עזר לך להצליח?"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🧩 חנ״מ: 🖐️ מראים 1–5 אצבעות: כמה טוב לי?</w:t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 w:val="0"/>
          <w:color w:val="92400E"/>
          <w:sz w:val="21"/>
          <w:rtl/>
          <w:szCs w:val="21"/>
        </w:rPr>
        <w:t>🔒 פרטיות: מצלמים אנשים רק ברשות, ועדיף חפצים ומקומות. מדברים רק על דברים טובים ואמיתיים.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